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5B4A8A"/>
          <w:sz w:val="40"/>
          <w:rtl/>
          <w:bCs/>
          <w:szCs w:val="40"/>
        </w:rPr>
        <w:t>🃏 כרטיסיות נושאים לכתיבה</w:t>
      </w:r>
    </w:p>
    <w:p>
      <w:pPr>
        <w:bidi/>
        <w:jc w:val="right"/>
      </w:pPr>
      <w:r>
        <w:rPr>
          <w:sz w:val="22"/>
          <w:rtl/>
          <w:szCs w:val="22"/>
        </w:rPr>
        <w:t>גוזרים, מערבבים, ושולפים כרטיס. 36 כרטיסים ב־6 נושאים.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איזה רגש ביקר אותי היום? אם היה לו צבע – איזה צבע הוא היה?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ספרו על רגע אחד היום שבו הרגשתם שמחה. מה קרה?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תארו רגע מהשבוע שבו הרגשתם שני רגשות בבת אחת. איך זה הרגיש?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איזה רגש הכי קשה לי להראות לאחרים? למה לדעתי?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ההבדל בין מה שאני מרגיש/ה לבין מה שאני מראה? מתי הפער הזה גדל?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dc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💗 רגשות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בחרו רגש אחד שחזר אצלכם השבוע ועקבו אחריו: מתי הופיע, מה עורר אותו, מה עזר?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במה אני טוב/ה? כתבו שלושה דברים.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ספרו על פעם שעזרתם למישהו. איך הרגשתם?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ספרו על קושי שעברתם. איזה כוח שלכם עזר לכם לעבור אותו?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איזו תכונה שלי אנשים לא תמיד רואים – אבל היא קיימת?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אילו מהכוחות שלי התגלו דווקא ברגעים קשים? מה זה מלמד אותי עליי?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9ecc9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💪 כוחות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איזה ערך מנחה אותי בהחלטות? תנו דוגמה מהזמן האחרון.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שלושה דברים טובים שקרו לי היום: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למי הייתי רוצה להגיד תודה? על מה?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כתבו מכתב תודה קצר לאדם שלא אמרתם לו תודה מזמן (אין חובה לשלוח).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על מה אני מודה היום שבשנה שעברה לא שמתי אליו לב?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איך הכרת תודה משנה את האופן שבו אני רואה יום קשה?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be7b5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🙏 הכרת תודה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כתבו על אדם שהשפיע על הדרך שלכם, ומה הייתם רוצים שיֵדע.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אם יכולתי לבקר בכל מקום בעולם – לאן הייתי נוסע/ת?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אני רוצה ללמוד כשאהיה גדול/ה?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איפה אני רואה את עצמי בעוד חמש שנים? מה אני עושה שם?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איזה צעד קטן אני יכול/ה לעשות כבר החודש לקראת חלום?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ההבדל בין חלום שלי לבין ציפייה של אחרים ממני?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e3d9f2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🌈 חלומות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בחרו חלום וכתבו לו תוכנית: מטרה, שלושה צעדים, ומה עלול לעכב.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היה קשה לי היום? מה עשיתי?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ספרו על פעם שלא הצלחתם, ואז ניסיתם שוב.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כתבו על טעות שלמדתם ממנה משהו חשוב.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מלחיץ אותי בתקופה הזו, ומה בשליטתי לעשות?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בחרו קושי עכשווי והפרידו: מה העובדות, מה הפרשנות שלי, מה הרגש, ומה התגובה?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d4e4f4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⛰️ אתגרים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מתי בפעם האחרונה יצאתי מאזור הנוחות? מה גיליתי?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איפה אני מרגיש/ה הכי בבית?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יסודי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מי החברים שלי ומה אנחנו אוהבים לעשות יחד?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באיזו קבוצה אני מרגיש/ה שייך/ת, ומה גורם לזה?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חט״ב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ספרו על רגע שבו הרגשתם בחוץ. מה היה יכול לעזור?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  <w:tr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מה מרכיב את הזהות שלי – ואיזה חלק ממנה אני הכי שמח/ה לשתף?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  <w:tc>
          <w:tcPr>
            <w:tcW w:type="dxa" w:w="5103"/>
            <w:shd w:val="clear" w:fill="f7d3bd"/>
          </w:tcPr>
          <w:p>
            <w:pPr>
              <w:bidi/>
              <w:jc w:val="center"/>
            </w:pPr>
            <w:r/>
            <w:r>
              <w:rPr>
                <w:color w:val="6F6A80"/>
                <w:sz w:val="18"/>
                <w:rtl/>
                <w:szCs w:val="18"/>
              </w:rPr>
              <w:t>🤝 שייכות · חט״ע</w:t>
            </w:r>
          </w:p>
          <w:p>
            <w:pPr>
              <w:bidi/>
              <w:jc w:val="center"/>
            </w:pPr>
            <w:r>
              <w:rPr>
                <w:b/>
                <w:sz w:val="26"/>
                <w:rtl/>
                <w:bCs/>
                <w:szCs w:val="26"/>
              </w:rPr>
              <w:t>איך שייכות נבנית, ואיך היא יכולה להישבר?</w:t>
            </w:r>
          </w:p>
          <w:p>
            <w:pPr>
              <w:bidi/>
              <w:jc w:val="right"/>
            </w:pPr>
            <w:r>
              <w:rPr>
                <w:sz w:val="16"/>
                <w:rtl/>
                <w:szCs w:val="16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sz w:val="18"/>
        <w:rtl/>
        <w:szCs w:val="18"/>
      </w:rPr>
      <w:t>מראה שקטה – כתיבה והתבוננות פנימה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