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center"/>
      </w:pPr>
      <w:r>
        <w:rPr>
          <w:sz w:val="72"/>
          <w:rtl/>
          <w:szCs w:val="72"/>
        </w:rPr>
        <w:t>💌</w:t>
      </w:r>
    </w:p>
    <w:p>
      <w:pPr>
        <w:bidi/>
        <w:jc w:val="center"/>
      </w:pPr>
      <w:r>
        <w:rPr>
          <w:b/>
          <w:sz w:val="52"/>
          <w:rtl/>
          <w:bCs/>
          <w:szCs w:val="52"/>
        </w:rPr>
        <w:t>מכתב לעצמי בעתיד</w:t>
      </w:r>
    </w:p>
    <w:p>
      <w:pPr>
        <w:bidi/>
        <w:jc w:val="right"/>
      </w:pPr>
      <w:r>
        <w:rPr>
          <w:b/>
          <w:rtl/>
          <w:bCs/>
        </w:rPr>
        <w:t>נכתב בתאריך: ____________     לפתוח בתאריך: ____________</w:t>
      </w:r>
    </w:p>
    <w:p>
      <w:pPr>
        <w:bidi/>
        <w:jc w:val="right"/>
      </w:pPr>
      <w:r>
        <w:rPr>
          <w:color w:val="6F6A80"/>
          <w:sz w:val="20"/>
          <w:rtl/>
          <w:szCs w:val="20"/>
        </w:rPr>
        <w:t>רעיונות: מה מעסיק אותי עכשיו? · איזה כוח שלי אני רוצה שתזכור/י? · מה אני מבטיח/ה לעצמי לנסות? · מה אני רוצה לשאול אותך? · משפט עידוד לרגע קשה</w:t>
      </w:r>
    </w:p>
    <w:p>
      <w:pPr>
        <w:bidi/>
        <w:jc w:val="right"/>
      </w:pPr>
      <w:r>
        <w:rPr>
          <w:sz w:val="28"/>
          <w:rtl/>
          <w:szCs w:val="28"/>
        </w:rPr>
        <w:t>שלום לי מהעתיד,</w:t>
      </w:r>
    </w:p>
    <w:p>
      <w:pPr>
        <w:bidi/>
        <w:jc w:val="right"/>
      </w:pPr>
      <w:r>
        <w:rPr>
          <w:color w:val="C9BBA5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color w:val="C9BBA5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color w:val="C9BBA5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color w:val="C9BBA5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color w:val="C9BBA5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color w:val="C9BBA5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color w:val="C9BBA5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color w:val="C9BBA5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color w:val="C9BBA5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color w:val="C9BBA5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color w:val="C9BBA5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color w:val="C9BBA5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color w:val="C9BBA5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color w:val="C9BBA5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color w:val="C9BBA5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tl/>
        </w:rPr>
        <w:t>באהבה, ________________     חתימה: ________</w:t>
      </w:r>
    </w:p>
    <w:sectPr w:rsidR="00FC693F" w:rsidRPr="0006063C" w:rsidSect="00034616">
      <w:footerReference w:type="default" r:id="rId9"/>
      <w:pgSz w:w="11906" w:h="16838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sz w:val="18"/>
        <w:rtl/>
        <w:szCs w:val="18"/>
      </w:rPr>
      <w:t>מראה שקטה – כתיבה והתבוננות פנימה ·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