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b/>
          <w:color w:val="5B4A8A"/>
          <w:sz w:val="40"/>
          <w:rtl/>
          <w:bCs/>
          <w:szCs w:val="40"/>
        </w:rPr>
        <w:t>🎨 מילון רגשות – מילים מדויקות</w:t>
      </w:r>
    </w:p>
    <w:p>
      <w:pPr>
        <w:bidi/>
        <w:jc w:val="right"/>
      </w:pPr>
      <w:r>
        <w:rPr>
          <w:rtl/>
        </w:rPr>
        <w:t>לכל רגש יש משפחה של מילים, מהעדינה ועד החזקה.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😊 שמחה</w:t>
      </w:r>
    </w:p>
    <w:p>
      <w:pPr>
        <w:bidi/>
        <w:jc w:val="right"/>
      </w:pPr>
      <w:r>
        <w:rPr>
          <w:sz w:val="22"/>
          <w:rtl/>
          <w:szCs w:val="22"/>
        </w:rPr>
        <w:t>● מרוצה – הרגשה נעימה ושקטה שהדבר יצא טוב.</w:t>
      </w:r>
    </w:p>
    <w:p>
      <w:pPr>
        <w:bidi/>
        <w:jc w:val="right"/>
      </w:pPr>
      <w:r>
        <w:rPr>
          <w:sz w:val="22"/>
          <w:rtl/>
          <w:szCs w:val="22"/>
        </w:rPr>
        <w:t>●● שמח/ה – הרגשה טובה ופתוחה.</w:t>
      </w:r>
    </w:p>
    <w:p>
      <w:pPr>
        <w:bidi/>
        <w:jc w:val="right"/>
      </w:pPr>
      <w:r>
        <w:rPr>
          <w:sz w:val="22"/>
          <w:rtl/>
          <w:szCs w:val="22"/>
        </w:rPr>
        <w:t>●●● עליז/ה – שמחה קלילה, עם חיוך ותנועה.</w:t>
      </w:r>
    </w:p>
    <w:p>
      <w:pPr>
        <w:bidi/>
        <w:jc w:val="right"/>
      </w:pPr>
      <w:r>
        <w:rPr>
          <w:sz w:val="22"/>
          <w:rtl/>
          <w:szCs w:val="22"/>
        </w:rPr>
        <w:t>●●●● נלהב/ת – שמחה עם המון אנרגיה וציפייה.</w:t>
      </w:r>
    </w:p>
    <w:p>
      <w:pPr>
        <w:bidi/>
        <w:jc w:val="right"/>
      </w:pPr>
      <w:r>
        <w:rPr>
          <w:sz w:val="22"/>
          <w:rtl/>
          <w:szCs w:val="22"/>
        </w:rPr>
        <w:t>●●●●● מאושר/ת – שמחה עמוקה ומלאה, לא רק לרגע.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😌 רוגע</w:t>
      </w:r>
    </w:p>
    <w:p>
      <w:pPr>
        <w:bidi/>
        <w:jc w:val="right"/>
      </w:pPr>
      <w:r>
        <w:rPr>
          <w:sz w:val="22"/>
          <w:rtl/>
          <w:szCs w:val="22"/>
        </w:rPr>
        <w:t>● נינוח/ה – הגוף והמחשבות לא לחוצים.</w:t>
      </w:r>
    </w:p>
    <w:p>
      <w:pPr>
        <w:bidi/>
        <w:jc w:val="right"/>
      </w:pPr>
      <w:r>
        <w:rPr>
          <w:sz w:val="22"/>
          <w:rtl/>
          <w:szCs w:val="22"/>
        </w:rPr>
        <w:t>●● רגוע/ה – אין סערה בפנים.</w:t>
      </w:r>
    </w:p>
    <w:p>
      <w:pPr>
        <w:bidi/>
        <w:jc w:val="right"/>
      </w:pPr>
      <w:r>
        <w:rPr>
          <w:sz w:val="22"/>
          <w:rtl/>
          <w:szCs w:val="22"/>
        </w:rPr>
        <w:t>●●● שליו/ה – שקט עמוק ונעים.</w:t>
      </w:r>
    </w:p>
    <w:p>
      <w:pPr>
        <w:bidi/>
        <w:jc w:val="right"/>
      </w:pPr>
      <w:r>
        <w:rPr>
          <w:sz w:val="22"/>
          <w:rtl/>
          <w:szCs w:val="22"/>
        </w:rPr>
        <w:t>●●●● בטוח/ה – מרגיש/ה מוגן/ת ושום דבר לא מאיים.</w:t>
      </w:r>
    </w:p>
    <w:p>
      <w:pPr>
        <w:bidi/>
        <w:jc w:val="right"/>
      </w:pPr>
      <w:r>
        <w:rPr>
          <w:sz w:val="22"/>
          <w:rtl/>
          <w:szCs w:val="22"/>
        </w:rPr>
        <w:t>●●●●● שלם/ה עם עצמי – מקבל/ת את מה שיש, בלי מאבק פנימי.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😢 עצב</w:t>
      </w:r>
    </w:p>
    <w:p>
      <w:pPr>
        <w:bidi/>
        <w:jc w:val="right"/>
      </w:pPr>
      <w:r>
        <w:rPr>
          <w:sz w:val="22"/>
          <w:rtl/>
          <w:szCs w:val="22"/>
        </w:rPr>
        <w:t>● מאוכזב/ת – קיוויתי למשהו, והוא לא קרה.</w:t>
      </w:r>
    </w:p>
    <w:p>
      <w:pPr>
        <w:bidi/>
        <w:jc w:val="right"/>
      </w:pPr>
      <w:r>
        <w:rPr>
          <w:sz w:val="22"/>
          <w:rtl/>
          <w:szCs w:val="22"/>
        </w:rPr>
        <w:t>●● עצוב/ה – כבדות בלב.</w:t>
      </w:r>
    </w:p>
    <w:p>
      <w:pPr>
        <w:bidi/>
        <w:jc w:val="right"/>
      </w:pPr>
      <w:r>
        <w:rPr>
          <w:sz w:val="22"/>
          <w:rtl/>
          <w:szCs w:val="22"/>
        </w:rPr>
        <w:t>●●● מתגעגע/ת – חסר לי מישהו או משהו שאני אוהב/ת.</w:t>
      </w:r>
    </w:p>
    <w:p>
      <w:pPr>
        <w:bidi/>
        <w:jc w:val="right"/>
      </w:pPr>
      <w:r>
        <w:rPr>
          <w:sz w:val="22"/>
          <w:rtl/>
          <w:szCs w:val="22"/>
        </w:rPr>
        <w:t>●●●● בודד/ה – מרגיש/ה לבד, גם אם יש אנשים מסביב.</w:t>
      </w:r>
    </w:p>
    <w:p>
      <w:pPr>
        <w:bidi/>
        <w:jc w:val="right"/>
      </w:pPr>
      <w:r>
        <w:rPr>
          <w:sz w:val="22"/>
          <w:rtl/>
          <w:szCs w:val="22"/>
        </w:rPr>
        <w:t>●●●●● מדוכדך/ת – עצב שנמשך ומוריד את האנרגיה.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😠 כעס</w:t>
      </w:r>
    </w:p>
    <w:p>
      <w:pPr>
        <w:bidi/>
        <w:jc w:val="right"/>
      </w:pPr>
      <w:r>
        <w:rPr>
          <w:sz w:val="22"/>
          <w:rtl/>
          <w:szCs w:val="22"/>
        </w:rPr>
        <w:t>● מוטרד/ת – משהו מפריע לי ולא נותן מנוחה.</w:t>
      </w:r>
    </w:p>
    <w:p>
      <w:pPr>
        <w:bidi/>
        <w:jc w:val="right"/>
      </w:pPr>
      <w:r>
        <w:rPr>
          <w:sz w:val="22"/>
          <w:rtl/>
          <w:szCs w:val="22"/>
        </w:rPr>
        <w:t>●● מתוסכל/ת – ניסיתי ולא הצלחתי, או שמשהו חוסם אותי.</w:t>
      </w:r>
    </w:p>
    <w:p>
      <w:pPr>
        <w:bidi/>
        <w:jc w:val="right"/>
      </w:pPr>
      <w:r>
        <w:rPr>
          <w:sz w:val="22"/>
          <w:rtl/>
          <w:szCs w:val="22"/>
        </w:rPr>
        <w:t>●●● כועס/ת – הרגשה חזקה שמשהו לא בסדר או לא הוגן.</w:t>
      </w:r>
    </w:p>
    <w:p>
      <w:pPr>
        <w:bidi/>
        <w:jc w:val="right"/>
      </w:pPr>
      <w:r>
        <w:rPr>
          <w:sz w:val="22"/>
          <w:rtl/>
          <w:szCs w:val="22"/>
        </w:rPr>
        <w:t>●●●● נעלב/ת – מישהו פגע בי במילים או במעשה.</w:t>
      </w:r>
    </w:p>
    <w:p>
      <w:pPr>
        <w:bidi/>
        <w:jc w:val="right"/>
      </w:pPr>
      <w:r>
        <w:rPr>
          <w:sz w:val="22"/>
          <w:rtl/>
          <w:szCs w:val="22"/>
        </w:rPr>
        <w:t>●●●●● זועם/ת – כעס חזק מאוד, קשה לשלוט בו.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😟 פחד</w:t>
      </w:r>
    </w:p>
    <w:p>
      <w:pPr>
        <w:bidi/>
        <w:jc w:val="right"/>
      </w:pPr>
      <w:r>
        <w:rPr>
          <w:sz w:val="22"/>
          <w:rtl/>
          <w:szCs w:val="22"/>
        </w:rPr>
        <w:t>● מודאג/ת – חושב/ת הרבה על מה שעלול לקרות.</w:t>
      </w:r>
    </w:p>
    <w:p>
      <w:pPr>
        <w:bidi/>
        <w:jc w:val="right"/>
      </w:pPr>
      <w:r>
        <w:rPr>
          <w:sz w:val="22"/>
          <w:rtl/>
          <w:szCs w:val="22"/>
        </w:rPr>
        <w:t>●● חושש/ת – פחד קטן לפני משהו לא מוכר.</w:t>
      </w:r>
    </w:p>
    <w:p>
      <w:pPr>
        <w:bidi/>
        <w:jc w:val="right"/>
      </w:pPr>
      <w:r>
        <w:rPr>
          <w:sz w:val="22"/>
          <w:rtl/>
          <w:szCs w:val="22"/>
        </w:rPr>
        <w:t>●●● לחוץ/ה – יותר מדי דרישות או מעט מדי זמן.</w:t>
      </w:r>
    </w:p>
    <w:p>
      <w:pPr>
        <w:bidi/>
        <w:jc w:val="right"/>
      </w:pPr>
      <w:r>
        <w:rPr>
          <w:sz w:val="22"/>
          <w:rtl/>
          <w:szCs w:val="22"/>
        </w:rPr>
        <w:t>●●●● מפוחד/ת – פחד ברור מדבר מסוים.</w:t>
      </w:r>
    </w:p>
    <w:p>
      <w:pPr>
        <w:bidi/>
        <w:jc w:val="right"/>
      </w:pPr>
      <w:r>
        <w:rPr>
          <w:sz w:val="22"/>
          <w:rtl/>
          <w:szCs w:val="22"/>
        </w:rPr>
        <w:t>●●●●● מבוהל/ת – פחד פתאומי וחזק.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😮 הפתעה</w:t>
      </w:r>
    </w:p>
    <w:p>
      <w:pPr>
        <w:bidi/>
        <w:jc w:val="right"/>
      </w:pPr>
      <w:r>
        <w:rPr>
          <w:sz w:val="22"/>
          <w:rtl/>
          <w:szCs w:val="22"/>
        </w:rPr>
        <w:t>● סקרן/ית – רוצה לדעת ולגלות עוד.</w:t>
      </w:r>
    </w:p>
    <w:p>
      <w:pPr>
        <w:bidi/>
        <w:jc w:val="right"/>
      </w:pPr>
      <w:r>
        <w:rPr>
          <w:sz w:val="22"/>
          <w:rtl/>
          <w:szCs w:val="22"/>
        </w:rPr>
        <w:t>●● מופתע/ת – קרה משהו שלא ציפיתי לו.</w:t>
      </w:r>
    </w:p>
    <w:p>
      <w:pPr>
        <w:bidi/>
        <w:jc w:val="right"/>
      </w:pPr>
      <w:r>
        <w:rPr>
          <w:sz w:val="22"/>
          <w:rtl/>
          <w:szCs w:val="22"/>
        </w:rPr>
        <w:t>●●● נדהם/ה – הפתעה גדולה מאוד.</w:t>
      </w:r>
    </w:p>
    <w:p>
      <w:pPr>
        <w:bidi/>
        <w:jc w:val="right"/>
      </w:pPr>
      <w:r>
        <w:rPr>
          <w:sz w:val="22"/>
          <w:rtl/>
          <w:szCs w:val="22"/>
        </w:rPr>
        <w:t>●●●● מבולבל/ת – לא בטוח/ה מה קורה או מה לחשוב.</w:t>
      </w:r>
    </w:p>
    <w:p>
      <w:pPr>
        <w:bidi/>
        <w:jc w:val="right"/>
      </w:pPr>
      <w:r>
        <w:rPr>
          <w:sz w:val="22"/>
          <w:rtl/>
          <w:szCs w:val="22"/>
        </w:rPr>
        <w:t>●●●●● המום/ה – הפתעה שעוצרת אותי, קשה להגיב.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🥰 קרבה ואהבה</w:t>
      </w:r>
    </w:p>
    <w:p>
      <w:pPr>
        <w:bidi/>
        <w:jc w:val="right"/>
      </w:pPr>
      <w:r>
        <w:rPr>
          <w:sz w:val="22"/>
          <w:rtl/>
          <w:szCs w:val="22"/>
        </w:rPr>
        <w:t>● מחובר/ת – מרגיש/ה חלק ממשהו או קרוב/ה למישהו.</w:t>
      </w:r>
    </w:p>
    <w:p>
      <w:pPr>
        <w:bidi/>
        <w:jc w:val="right"/>
      </w:pPr>
      <w:r>
        <w:rPr>
          <w:sz w:val="22"/>
          <w:rtl/>
          <w:szCs w:val="22"/>
        </w:rPr>
        <w:t>●● מוערך/ת – רואים אותי ואת מה שאני עושה.</w:t>
      </w:r>
    </w:p>
    <w:p>
      <w:pPr>
        <w:bidi/>
        <w:jc w:val="right"/>
      </w:pPr>
      <w:r>
        <w:rPr>
          <w:sz w:val="22"/>
          <w:rtl/>
          <w:szCs w:val="22"/>
        </w:rPr>
        <w:t>●●● אסיר/ת תודה – מכיר/ה בטוב שקיבלתי.</w:t>
      </w:r>
    </w:p>
    <w:p>
      <w:pPr>
        <w:bidi/>
        <w:jc w:val="right"/>
      </w:pPr>
      <w:r>
        <w:rPr>
          <w:sz w:val="22"/>
          <w:rtl/>
          <w:szCs w:val="22"/>
        </w:rPr>
        <w:t>●●●● אוהב/ת – קרבה וחום כלפי מישהו.</w:t>
      </w:r>
    </w:p>
    <w:p>
      <w:pPr>
        <w:bidi/>
        <w:jc w:val="right"/>
      </w:pPr>
      <w:r>
        <w:rPr>
          <w:sz w:val="22"/>
          <w:rtl/>
          <w:szCs w:val="22"/>
        </w:rPr>
        <w:t>●●●●● מלא/ת חמלה – רוצה בטובתו של אחר ומבין/ה את הכאב שלו.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💪 גאווה ומסוגלות</w:t>
      </w:r>
    </w:p>
    <w:p>
      <w:pPr>
        <w:bidi/>
        <w:jc w:val="right"/>
      </w:pPr>
      <w:r>
        <w:rPr>
          <w:sz w:val="22"/>
          <w:rtl/>
          <w:szCs w:val="22"/>
        </w:rPr>
        <w:t>● בטוח/ה בעצמי – מאמין/ה שאני יכול/ה.</w:t>
      </w:r>
    </w:p>
    <w:p>
      <w:pPr>
        <w:bidi/>
        <w:jc w:val="right"/>
      </w:pPr>
      <w:r>
        <w:rPr>
          <w:sz w:val="22"/>
          <w:rtl/>
          <w:szCs w:val="22"/>
        </w:rPr>
        <w:t>●● מסוגל/ת – יש לי את הכלים להתמודד.</w:t>
      </w:r>
    </w:p>
    <w:p>
      <w:pPr>
        <w:bidi/>
        <w:jc w:val="right"/>
      </w:pPr>
      <w:r>
        <w:rPr>
          <w:sz w:val="22"/>
          <w:rtl/>
          <w:szCs w:val="22"/>
        </w:rPr>
        <w:t>●●● גאה – שמח/ה במה שעשיתי או במי שאני.</w:t>
      </w:r>
    </w:p>
    <w:p>
      <w:pPr>
        <w:bidi/>
        <w:jc w:val="right"/>
      </w:pPr>
      <w:r>
        <w:rPr>
          <w:sz w:val="22"/>
          <w:rtl/>
          <w:szCs w:val="22"/>
        </w:rPr>
        <w:t>●●●● נחוש/ה – מחליט/ה להמשיך גם כשקשה.</w:t>
      </w:r>
    </w:p>
    <w:p>
      <w:pPr>
        <w:bidi/>
        <w:jc w:val="right"/>
      </w:pPr>
      <w:r>
        <w:rPr>
          <w:sz w:val="22"/>
          <w:rtl/>
          <w:szCs w:val="22"/>
        </w:rPr>
        <w:t>●●●●● מועצם/ת – מרגיש/ה חזק/ה ובעל/ת השפעה.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😳 מבוכה ובושה</w:t>
      </w:r>
    </w:p>
    <w:p>
      <w:pPr>
        <w:bidi/>
        <w:jc w:val="right"/>
      </w:pPr>
      <w:r>
        <w:rPr>
          <w:sz w:val="22"/>
          <w:rtl/>
          <w:szCs w:val="22"/>
        </w:rPr>
        <w:t>● נבוך/ה – לא נוח לי, במיוחד מול אחרים.</w:t>
      </w:r>
    </w:p>
    <w:p>
      <w:pPr>
        <w:bidi/>
        <w:jc w:val="right"/>
      </w:pPr>
      <w:r>
        <w:rPr>
          <w:sz w:val="22"/>
          <w:rtl/>
          <w:szCs w:val="22"/>
        </w:rPr>
        <w:t>●● מתבייש/ת – מרגיש/ה קטן/ה בגלל משהו שעשיתי או שראו.</w:t>
      </w:r>
    </w:p>
    <w:p>
      <w:pPr>
        <w:bidi/>
        <w:jc w:val="right"/>
      </w:pPr>
      <w:r>
        <w:rPr>
          <w:sz w:val="22"/>
          <w:rtl/>
          <w:szCs w:val="22"/>
        </w:rPr>
        <w:t>●●● אשם/ה – חושב/ת שעשיתי משהו לא בסדר.</w:t>
      </w:r>
    </w:p>
    <w:p>
      <w:pPr>
        <w:bidi/>
        <w:jc w:val="right"/>
      </w:pPr>
      <w:r>
        <w:rPr>
          <w:sz w:val="22"/>
          <w:rtl/>
          <w:szCs w:val="22"/>
        </w:rPr>
        <w:t>●●●● חסר/ת ביטחון – לא בטוח/ה שאני מספיק טוב/ה.</w:t>
      </w:r>
    </w:p>
    <w:p>
      <w:pPr>
        <w:bidi/>
        <w:jc w:val="right"/>
      </w:pPr>
      <w:r>
        <w:rPr>
          <w:sz w:val="22"/>
          <w:rtl/>
          <w:szCs w:val="22"/>
        </w:rPr>
        <w:t>●●●●● מושפל/ת – פגיעה קשה בכבוד שלי.</w:t>
      </w:r>
    </w:p>
    <w:p>
      <w:pPr>
        <w:bidi/>
        <w:jc w:val="right"/>
      </w:pPr>
      <w:r>
        <w:rPr>
          <w:b/>
          <w:color w:val="5B4A8A"/>
          <w:sz w:val="28"/>
          <w:rtl/>
          <w:bCs/>
          <w:szCs w:val="28"/>
        </w:rPr>
        <w:t>🌈 תקווה</w:t>
      </w:r>
    </w:p>
    <w:p>
      <w:pPr>
        <w:bidi/>
        <w:jc w:val="right"/>
      </w:pPr>
      <w:r>
        <w:rPr>
          <w:sz w:val="22"/>
          <w:rtl/>
          <w:szCs w:val="22"/>
        </w:rPr>
        <w:t>● אופטימי/ת – מאמין/ה שיהיה טוב.</w:t>
      </w:r>
    </w:p>
    <w:p>
      <w:pPr>
        <w:bidi/>
        <w:jc w:val="right"/>
      </w:pPr>
      <w:r>
        <w:rPr>
          <w:sz w:val="22"/>
          <w:rtl/>
          <w:szCs w:val="22"/>
        </w:rPr>
        <w:t>●● מצפה – מחכה למשהו טוב.</w:t>
      </w:r>
    </w:p>
    <w:p>
      <w:pPr>
        <w:bidi/>
        <w:jc w:val="right"/>
      </w:pPr>
      <w:r>
        <w:rPr>
          <w:sz w:val="22"/>
          <w:rtl/>
          <w:szCs w:val="22"/>
        </w:rPr>
        <w:t>●●● מעודד/ת – קיבלתי כוח להמשיך.</w:t>
      </w:r>
    </w:p>
    <w:p>
      <w:pPr>
        <w:bidi/>
        <w:jc w:val="right"/>
      </w:pPr>
      <w:r>
        <w:rPr>
          <w:sz w:val="22"/>
          <w:rtl/>
          <w:szCs w:val="22"/>
        </w:rPr>
        <w:t>●●●● משוחרר/ת – משהו כבד ירד ממני.</w:t>
      </w:r>
    </w:p>
    <w:p>
      <w:pPr>
        <w:bidi/>
        <w:jc w:val="right"/>
      </w:pPr>
      <w:r>
        <w:rPr>
          <w:sz w:val="22"/>
          <w:rtl/>
          <w:szCs w:val="22"/>
        </w:rPr>
        <w:t>●●●●● מלא/ת השראה – יש לי רעיונות וחשק ליצור.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sz w:val="18"/>
        <w:rtl/>
        <w:szCs w:val="18"/>
      </w:rPr>
      <w:t>מראה שקטה – כתיבה והתבוננות פנימה ·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