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sz w:val="96"/>
          <w:rtl/>
          <w:szCs w:val="96"/>
        </w:rPr>
        <w:t>🪞</w:t>
      </w:r>
    </w:p>
    <w:p>
      <w:pPr>
        <w:bidi/>
        <w:jc w:val="center"/>
      </w:pPr>
      <w:r>
        <w:rPr>
          <w:b/>
          <w:sz w:val="60"/>
          <w:rtl/>
          <w:bCs/>
          <w:szCs w:val="60"/>
        </w:rPr>
        <w:t>יומן ההתבוננות שלי</w:t>
      </w:r>
    </w:p>
    <w:p>
      <w:pPr>
        <w:bidi/>
        <w:jc w:val="center"/>
      </w:pPr>
      <w:r>
        <w:rPr>
          <w:sz w:val="30"/>
          <w:rtl/>
          <w:szCs w:val="30"/>
        </w:rPr>
        <w:t>מראה שקטה – כתיבה והתבוננות פנימה</w:t>
      </w:r>
    </w:p>
    <w:p>
      <w:pPr>
        <w:bidi/>
        <w:jc w:val="center"/>
      </w:pPr>
      <w:r>
        <w:rPr>
          <w:sz w:val="30"/>
          <w:rtl/>
          <w:szCs w:val="30"/>
        </w:rPr>
        <w:t>״הכתיבה היא מראה שקטה: בכל משפט אני פוגש/ת עוד חלק ממני.״</w:t>
      </w:r>
    </w:p>
    <w:p>
      <w:pPr>
        <w:bidi/>
        <w:jc w:val="center"/>
      </w:pPr>
      <w:r>
        <w:rPr>
          <w:sz w:val="28"/>
          <w:rtl/>
          <w:szCs w:val="28"/>
        </w:rPr>
        <w:t>היומן של: ____________________</w:t>
      </w:r>
    </w:p>
    <w:p>
      <w:r>
        <w:br w:type="page"/>
      </w:r>
    </w:p>
    <w:p>
      <w:pPr>
        <w:bidi/>
        <w:jc w:val="right"/>
      </w:pPr>
      <w:r>
        <w:rPr>
          <w:b/>
          <w:color w:val="5B4A8A"/>
          <w:sz w:val="36"/>
          <w:rtl/>
          <w:bCs/>
          <w:szCs w:val="36"/>
        </w:rPr>
        <w:t>🌿 לפני שמתחילים</w:t>
      </w:r>
    </w:p>
    <w:p>
      <w:pPr>
        <w:bidi/>
        <w:jc w:val="right"/>
      </w:pPr>
      <w:r>
        <w:rPr>
          <w:rtl/>
        </w:rPr>
        <w:t>ההתבוננות פנימה מתחילה בעצירה. כשאנחנו כותבים, אנחנו מאטים את המחשבות, נותנים להן שם ומקום. הדף לא שופט – הוא מקשיב. כך הכתיבה הופכת לדרך להכיר את עצמנו, להבין רגשות ולגלות כוחות שלא ידענו שיש בנו.</w:t>
      </w:r>
    </w:p>
    <w:p>
      <w:pPr>
        <w:bidi/>
        <w:jc w:val="right"/>
      </w:pPr>
      <w:r>
        <w:rPr>
          <w:b/>
          <w:color w:val="5B4A8A"/>
          <w:sz w:val="36"/>
          <w:rtl/>
          <w:bCs/>
          <w:szCs w:val="36"/>
        </w:rPr>
        <w:t>הכללים של היומן שלי</w:t>
      </w:r>
    </w:p>
    <w:p>
      <w:pPr>
        <w:bidi/>
        <w:jc w:val="right"/>
      </w:pPr>
      <w:r>
        <w:rPr>
          <w:rtl/>
        </w:rPr>
        <w:t>• היומן שלי – אף אחד לא קורא בלי רשות.</w:t>
      </w:r>
    </w:p>
    <w:p>
      <w:pPr>
        <w:bidi/>
        <w:jc w:val="right"/>
      </w:pPr>
      <w:r>
        <w:rPr>
          <w:rtl/>
        </w:rPr>
        <w:t>• אין משפט לא נכון. לא צריך לכתוב יפה – רק אמיתי.</w:t>
      </w:r>
    </w:p>
    <w:p>
      <w:pPr>
        <w:bidi/>
        <w:jc w:val="right"/>
      </w:pPr>
      <w:r>
        <w:rPr>
          <w:rtl/>
        </w:rPr>
        <w:t>• אפשר לכתוב, לצייר, להדביק או לכתוב מילה אחת.</w:t>
      </w:r>
    </w:p>
    <w:p>
      <w:pPr>
        <w:bidi/>
        <w:jc w:val="right"/>
      </w:pPr>
      <w:r>
        <w:rPr>
          <w:rtl/>
        </w:rPr>
        <w:t>• אם קשה לי – אני יכול/ה לעצור, לנשום, ולבקש עזרה ממבוגר/ת שאני סומך/ת עליו/ה.</w:t>
      </w:r>
    </w:p>
    <w:p>
      <w:pPr>
        <w:bidi/>
        <w:jc w:val="right"/>
      </w:pPr>
      <w:r>
        <w:rPr>
          <w:b/>
          <w:color w:val="5B4A8A"/>
          <w:sz w:val="36"/>
          <w:rtl/>
          <w:bCs/>
          <w:szCs w:val="36"/>
        </w:rPr>
        <w:t>🧭 ארבע השאלות</w:t>
      </w:r>
    </w:p>
    <w:p>
      <w:pPr>
        <w:bidi/>
        <w:jc w:val="right"/>
      </w:pPr>
      <w:r>
        <w:rPr>
          <w:rtl/>
        </w:rPr>
        <w:t>📍 מה קרה? – מתארים עובדות, כמו מצלמה: מתי, איפה, מי, מה.</w:t>
      </w:r>
    </w:p>
    <w:p>
      <w:pPr>
        <w:bidi/>
        <w:jc w:val="right"/>
      </w:pPr>
      <w:r>
        <w:rPr>
          <w:color w:val="6F6A80"/>
          <w:sz w:val="20"/>
          <w:rtl/>
          <w:szCs w:val="20"/>
        </w:rPr>
        <w:t>פתיחות: זה קרה כש... · הייתי ב... עם... · בהתחלה... ואז...</w:t>
      </w:r>
    </w:p>
    <w:p>
      <w:pPr>
        <w:bidi/>
        <w:jc w:val="right"/>
      </w:pPr>
      <w:r>
        <w:rPr>
          <w:rtl/>
        </w:rPr>
        <w:t>💭 מה חשבתי והרגשתי? – מה אמרתי לעצמי בראש? איזה רגש עלה? (היעזרו בבנק מילות הרגש).</w:t>
      </w:r>
    </w:p>
    <w:p>
      <w:pPr>
        <w:bidi/>
        <w:jc w:val="right"/>
      </w:pPr>
      <w:r>
        <w:rPr>
          <w:color w:val="6F6A80"/>
          <w:sz w:val="20"/>
          <w:rtl/>
          <w:szCs w:val="20"/>
        </w:rPr>
        <w:t>פתיחות: חשבתי לעצמי ש... · הרגשתי ___ כי... · בגוף הרגשתי...</w:t>
      </w:r>
    </w:p>
    <w:p>
      <w:pPr>
        <w:bidi/>
        <w:jc w:val="right"/>
      </w:pPr>
      <w:r>
        <w:rPr>
          <w:rtl/>
        </w:rPr>
        <w:t>💡 מה למדתי? – מה הבנתי עכשיו, כשאני מסתכל/ת מהצד? מה עזר לי?</w:t>
      </w:r>
    </w:p>
    <w:p>
      <w:pPr>
        <w:bidi/>
        <w:jc w:val="right"/>
      </w:pPr>
      <w:r>
        <w:rPr>
          <w:color w:val="6F6A80"/>
          <w:sz w:val="20"/>
          <w:rtl/>
          <w:szCs w:val="20"/>
        </w:rPr>
        <w:t>פתיחות: הבנתי ש... · גיליתי שאני... · מה שעזר לי היה...</w:t>
      </w:r>
    </w:p>
    <w:p>
      <w:pPr>
        <w:bidi/>
        <w:jc w:val="right"/>
      </w:pPr>
      <w:r>
        <w:rPr>
          <w:rtl/>
        </w:rPr>
        <w:t>👣 מה הלאה? – מה אעשה בפעם הבאה? צעד קטן אחד שבשליטתי.</w:t>
      </w:r>
    </w:p>
    <w:p>
      <w:pPr>
        <w:bidi/>
        <w:jc w:val="right"/>
      </w:pPr>
      <w:r>
        <w:rPr>
          <w:color w:val="6F6A80"/>
          <w:sz w:val="20"/>
          <w:rtl/>
          <w:szCs w:val="20"/>
        </w:rPr>
        <w:t>פתיחות: בפעם הבאה אני... · צעד קטן שאעשה: · אבקש עזרה מ...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rtl/>
          <w:bCs/>
        </w:rPr>
        <w:t>תאריך: ___________     איך אני מרגיש/ה: 😀 🙂 😐 😔 😢 😠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📍 מה קרה?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💭 מה חשבתי והרגשתי?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💡 מה למדתי?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👣 מה הלאה?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color w:val="5B4A8A"/>
          <w:sz w:val="36"/>
          <w:rtl/>
          <w:bCs/>
          <w:szCs w:val="36"/>
        </w:rPr>
        <w:t>🎨 מילים שעוזרות לי לתאר 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😊 שמחה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מרוצה ← שמח/ה ← עליז/ה ← נלהב/ת ← מאושר/ת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😌 רוגע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נינוח/ה ← רגוע/ה ← שליו/ה ← בטוח/ה ← שלם/ה עם עצמי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😢 עצב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מאוכזב/ת ← עצוב/ה ← מתגעגע/ת ← בודד/ה ← מדוכדך/ת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😠 כעס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מוטרד/ת ← מתוסכל/ת ← כועס/ת ← נעלב/ת ← זועם/ת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😟 פחד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מודאג/ת ← חושש/ת ← לחוץ/ה ← מפוחד/ת ← מבוהל/ת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😮 הפתעה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סקרן/ית ← מופתע/ת ← נדהם/ה ← מבולבל/ת ← המום/ה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🥰 קרבה ואהבה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מחובר/ת ← מוערך/ת ← אסיר/ת תודה ← אוהב/ת ← מלא/ת חמלה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💪 גאווה ומסוגלות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בטוח/ה בעצמי ← מסוגל/ת ← גאה ← נחוש/ה ← מועצם/ת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😳 מבוכה ובושה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נבוך/ה ← מתבייש/ת ← אשם/ה ← חסר/ת ביטחון ← מושפל/ת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🌈 תקווה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sz w:val="22"/>
                <w:rtl/>
                <w:szCs w:val="22"/>
              </w:rPr>
              <w:t>אופטימי/ת ← מצפה ← מעודד/ת ← משוחרר/ת ← מלא/ת השראה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sz w:val="18"/>
        <w:rtl/>
        <w:szCs w:val="18"/>
      </w:rPr>
      <w:t>מראה שקטה – כתיבה והתבוננות פנימה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